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C3969" w14:textId="2B75825A" w:rsidR="00892868" w:rsidRPr="00577259" w:rsidRDefault="00577259" w:rsidP="00577259">
      <w:pPr>
        <w:pStyle w:val="Heading1"/>
        <w:jc w:val="center"/>
        <w:rPr>
          <w:color w:val="auto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D3A09A0" wp14:editId="5950EE1F">
            <wp:simplePos x="0" y="0"/>
            <wp:positionH relativeFrom="column">
              <wp:posOffset>2827020</wp:posOffset>
            </wp:positionH>
            <wp:positionV relativeFrom="paragraph">
              <wp:posOffset>-304800</wp:posOffset>
            </wp:positionV>
            <wp:extent cx="990600" cy="990600"/>
            <wp:effectExtent l="0" t="0" r="0" b="0"/>
            <wp:wrapTopAndBottom/>
            <wp:docPr id="185020795" name="Picture 1" descr="A stack of books on a blu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020795" name="Picture 1" descr="A stack of books on a blue background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77259">
        <w:rPr>
          <w:color w:val="auto"/>
          <w:sz w:val="32"/>
          <w:szCs w:val="32"/>
        </w:rPr>
        <w:t>Author Events Volunteer Welcome Guide &amp; Checklist</w:t>
      </w:r>
    </w:p>
    <w:p w14:paraId="77E35625" w14:textId="77777777" w:rsidR="00892868" w:rsidRPr="00577259" w:rsidRDefault="00000000">
      <w:r w:rsidRPr="00577259">
        <w:t>Thank you for joining the Author Events volunteer team! Your support is vital to creating safe, welcoming, and inspiring spaces for writers to connect—online and in person.</w:t>
      </w:r>
      <w:r w:rsidRPr="00577259">
        <w:br/>
      </w:r>
      <w:r w:rsidRPr="00577259">
        <w:br/>
        <w:t>This guide outlines what to expect in your role, how to represent Author Events, and key steps to prepare for hosting or moderating events.</w:t>
      </w:r>
    </w:p>
    <w:p w14:paraId="676CC3F2" w14:textId="77777777" w:rsidR="00892868" w:rsidRPr="00577259" w:rsidRDefault="00000000">
      <w:pPr>
        <w:pStyle w:val="Heading2"/>
        <w:rPr>
          <w:color w:val="auto"/>
        </w:rPr>
      </w:pPr>
      <w:r w:rsidRPr="00577259">
        <w:rPr>
          <w:color w:val="auto"/>
        </w:rPr>
        <w:t>Your Role as a Volunteer</w:t>
      </w:r>
    </w:p>
    <w:p w14:paraId="437793C5" w14:textId="77777777" w:rsidR="00577259" w:rsidRDefault="00000000" w:rsidP="00577259">
      <w:r w:rsidRPr="00577259">
        <w:t>You may be involved in:</w:t>
      </w:r>
    </w:p>
    <w:p w14:paraId="5AE98B5C" w14:textId="77777777" w:rsidR="00577259" w:rsidRDefault="00000000" w:rsidP="00577259">
      <w:pPr>
        <w:pStyle w:val="ListParagraph"/>
        <w:numPr>
          <w:ilvl w:val="0"/>
          <w:numId w:val="13"/>
        </w:numPr>
      </w:pPr>
      <w:r w:rsidRPr="00577259">
        <w:t>Moderating the Author Events Facebook group</w:t>
      </w:r>
    </w:p>
    <w:p w14:paraId="00D68F7F" w14:textId="77777777" w:rsidR="00577259" w:rsidRDefault="00000000" w:rsidP="00577259">
      <w:pPr>
        <w:pStyle w:val="ListParagraph"/>
        <w:numPr>
          <w:ilvl w:val="0"/>
          <w:numId w:val="13"/>
        </w:numPr>
      </w:pPr>
      <w:r w:rsidRPr="00577259">
        <w:t>Hosting Books &amp; Brews, Author Meet-Ups, or The Marketplace events</w:t>
      </w:r>
    </w:p>
    <w:p w14:paraId="4CCBB1EA" w14:textId="77777777" w:rsidR="00577259" w:rsidRDefault="00000000" w:rsidP="00577259">
      <w:pPr>
        <w:pStyle w:val="ListParagraph"/>
        <w:numPr>
          <w:ilvl w:val="0"/>
          <w:numId w:val="13"/>
        </w:numPr>
      </w:pPr>
      <w:r w:rsidRPr="00577259">
        <w:t>Supporting authors and attendees with information about Author Events</w:t>
      </w:r>
    </w:p>
    <w:p w14:paraId="52A61A84" w14:textId="6AE420D0" w:rsidR="00892868" w:rsidRPr="00577259" w:rsidRDefault="00000000" w:rsidP="00577259">
      <w:r w:rsidRPr="00577259">
        <w:rPr>
          <w:i/>
          <w:iCs/>
        </w:rPr>
        <w:t>You represent the tone and values of Author Events—professional, inclusive, respectful, and helpful.</w:t>
      </w:r>
    </w:p>
    <w:p w14:paraId="4954209B" w14:textId="77777777" w:rsidR="00892868" w:rsidRPr="00577259" w:rsidRDefault="00000000">
      <w:pPr>
        <w:pStyle w:val="Heading2"/>
        <w:rPr>
          <w:color w:val="auto"/>
        </w:rPr>
      </w:pPr>
      <w:r w:rsidRPr="00577259">
        <w:rPr>
          <w:color w:val="auto"/>
        </w:rPr>
        <w:t>Event Hosting Basics</w:t>
      </w:r>
    </w:p>
    <w:p w14:paraId="5608DCEF" w14:textId="77777777" w:rsidR="00577259" w:rsidRDefault="00000000" w:rsidP="00577259">
      <w:pPr>
        <w:pStyle w:val="ListParagraph"/>
        <w:numPr>
          <w:ilvl w:val="0"/>
          <w:numId w:val="14"/>
        </w:numPr>
      </w:pPr>
      <w:r w:rsidRPr="00577259">
        <w:t>Use only approved venues for any in-person gatherings.</w:t>
      </w:r>
    </w:p>
    <w:p w14:paraId="7E7D0802" w14:textId="77777777" w:rsidR="00577259" w:rsidRDefault="00000000" w:rsidP="00577259">
      <w:pPr>
        <w:pStyle w:val="ListParagraph"/>
        <w:numPr>
          <w:ilvl w:val="0"/>
          <w:numId w:val="14"/>
        </w:numPr>
      </w:pPr>
      <w:r w:rsidRPr="00577259">
        <w:t>Do not move tables or chairs, or ask attendees to do so.</w:t>
      </w:r>
    </w:p>
    <w:p w14:paraId="3A2EDC26" w14:textId="77777777" w:rsidR="00577259" w:rsidRDefault="00000000" w:rsidP="00577259">
      <w:pPr>
        <w:pStyle w:val="ListParagraph"/>
        <w:numPr>
          <w:ilvl w:val="0"/>
          <w:numId w:val="14"/>
        </w:numPr>
      </w:pPr>
      <w:r w:rsidRPr="00577259">
        <w:t>Direct attendees to the Author Events website or scan the QR code on posters for:</w:t>
      </w:r>
    </w:p>
    <w:p w14:paraId="412A51D1" w14:textId="77777777" w:rsidR="00577259" w:rsidRDefault="00000000" w:rsidP="00577259">
      <w:pPr>
        <w:pStyle w:val="ListParagraph"/>
        <w:numPr>
          <w:ilvl w:val="1"/>
          <w:numId w:val="14"/>
        </w:numPr>
      </w:pPr>
      <w:r w:rsidRPr="00577259">
        <w:t>Membership sign-up</w:t>
      </w:r>
    </w:p>
    <w:p w14:paraId="247292BE" w14:textId="77777777" w:rsidR="00577259" w:rsidRDefault="00000000" w:rsidP="00577259">
      <w:pPr>
        <w:pStyle w:val="ListParagraph"/>
        <w:numPr>
          <w:ilvl w:val="1"/>
          <w:numId w:val="14"/>
        </w:numPr>
      </w:pPr>
      <w:r w:rsidRPr="00577259">
        <w:t>Event bookings</w:t>
      </w:r>
    </w:p>
    <w:p w14:paraId="684A6F15" w14:textId="77777777" w:rsidR="00577259" w:rsidRDefault="00000000" w:rsidP="00577259">
      <w:pPr>
        <w:pStyle w:val="ListParagraph"/>
        <w:numPr>
          <w:ilvl w:val="1"/>
          <w:numId w:val="14"/>
        </w:numPr>
      </w:pPr>
      <w:r w:rsidRPr="00577259">
        <w:t>Newsletter subscription</w:t>
      </w:r>
    </w:p>
    <w:p w14:paraId="5EF21885" w14:textId="77777777" w:rsidR="00577259" w:rsidRDefault="00000000" w:rsidP="00577259">
      <w:pPr>
        <w:pStyle w:val="ListParagraph"/>
        <w:numPr>
          <w:ilvl w:val="0"/>
          <w:numId w:val="14"/>
        </w:numPr>
      </w:pPr>
      <w:r w:rsidRPr="00577259">
        <w:t>Do not collect names or contact details—this helps us stay GDPR compliant.</w:t>
      </w:r>
    </w:p>
    <w:p w14:paraId="3B73AE4E" w14:textId="515903C2" w:rsidR="00892868" w:rsidRPr="00577259" w:rsidRDefault="00000000" w:rsidP="00577259">
      <w:pPr>
        <w:pStyle w:val="ListParagraph"/>
        <w:numPr>
          <w:ilvl w:val="0"/>
          <w:numId w:val="14"/>
        </w:numPr>
      </w:pPr>
      <w:r w:rsidRPr="00577259">
        <w:t>Never take payments—everything must go through the website.</w:t>
      </w:r>
    </w:p>
    <w:p w14:paraId="5FF2B190" w14:textId="77777777" w:rsidR="00892868" w:rsidRPr="00577259" w:rsidRDefault="00000000">
      <w:pPr>
        <w:pStyle w:val="Heading2"/>
        <w:rPr>
          <w:color w:val="auto"/>
        </w:rPr>
      </w:pPr>
      <w:r w:rsidRPr="00577259">
        <w:rPr>
          <w:color w:val="auto"/>
        </w:rPr>
        <w:t>Venue Safety Checklist</w:t>
      </w:r>
    </w:p>
    <w:p w14:paraId="58F279AA" w14:textId="03CBD832" w:rsidR="00577259" w:rsidRDefault="00000000">
      <w:r w:rsidRPr="00577259">
        <w:t>Before your event starts, take a moment to walk through this checklist:</w:t>
      </w:r>
      <w:r w:rsidRPr="00577259">
        <w:br/>
        <w:t xml:space="preserve">[ </w:t>
      </w:r>
      <w:r w:rsidR="007B2744">
        <w:t xml:space="preserve"> </w:t>
      </w:r>
      <w:r w:rsidRPr="00577259">
        <w:t>] Are all exits clear and accessible?</w:t>
      </w:r>
      <w:r w:rsidRPr="00577259">
        <w:br/>
        <w:t>[</w:t>
      </w:r>
      <w:r w:rsidR="007B2744">
        <w:t xml:space="preserve"> </w:t>
      </w:r>
      <w:r w:rsidRPr="00577259">
        <w:t xml:space="preserve"> ] Are chairs and tables stable and in safe condition?</w:t>
      </w:r>
      <w:r w:rsidRPr="00577259">
        <w:br/>
        <w:t xml:space="preserve">[ </w:t>
      </w:r>
      <w:r w:rsidR="007B2744">
        <w:t xml:space="preserve"> </w:t>
      </w:r>
      <w:r w:rsidRPr="00577259">
        <w:t>] Are walkways free of bags, cables, or clutter?</w:t>
      </w:r>
      <w:r w:rsidRPr="00577259">
        <w:br/>
        <w:t>[</w:t>
      </w:r>
      <w:r w:rsidR="007B2744">
        <w:t xml:space="preserve"> </w:t>
      </w:r>
      <w:r w:rsidRPr="00577259">
        <w:t xml:space="preserve"> ] Is there anything unusual or risky you should flag to the venue staff or Alex?</w:t>
      </w:r>
      <w:r w:rsidRPr="00577259">
        <w:br/>
      </w:r>
    </w:p>
    <w:p w14:paraId="7C92C93C" w14:textId="01ACB042" w:rsidR="00892868" w:rsidRPr="00577259" w:rsidRDefault="00000000">
      <w:pPr>
        <w:rPr>
          <w:i/>
          <w:iCs/>
        </w:rPr>
      </w:pPr>
      <w:r w:rsidRPr="00577259">
        <w:rPr>
          <w:i/>
          <w:iCs/>
        </w:rPr>
        <w:t>If in doubt, pause and get help before continuing.</w:t>
      </w:r>
    </w:p>
    <w:p w14:paraId="263F0087" w14:textId="77777777" w:rsidR="00892868" w:rsidRPr="00577259" w:rsidRDefault="00000000">
      <w:pPr>
        <w:pStyle w:val="Heading2"/>
        <w:rPr>
          <w:color w:val="auto"/>
        </w:rPr>
      </w:pPr>
      <w:r w:rsidRPr="00577259">
        <w:rPr>
          <w:color w:val="auto"/>
        </w:rPr>
        <w:t>Social Media Reminders</w:t>
      </w:r>
    </w:p>
    <w:p w14:paraId="5A040D17" w14:textId="77777777" w:rsidR="00892868" w:rsidRPr="00577259" w:rsidRDefault="00000000">
      <w:r w:rsidRPr="00577259">
        <w:t>- Be kind, constructive, and respectful in all public comments.</w:t>
      </w:r>
      <w:r w:rsidRPr="00577259">
        <w:br/>
        <w:t>- Don’t post announcements or new events under the Author Events name without prior approval.</w:t>
      </w:r>
      <w:r w:rsidRPr="00577259">
        <w:br/>
        <w:t>- Represent the brand with care—when in doubt, ask first.</w:t>
      </w:r>
    </w:p>
    <w:p w14:paraId="68770139" w14:textId="77777777" w:rsidR="00892868" w:rsidRPr="00577259" w:rsidRDefault="00000000">
      <w:pPr>
        <w:pStyle w:val="Heading2"/>
        <w:rPr>
          <w:color w:val="auto"/>
        </w:rPr>
      </w:pPr>
      <w:r w:rsidRPr="00577259">
        <w:rPr>
          <w:color w:val="auto"/>
        </w:rPr>
        <w:t>Need Support?</w:t>
      </w:r>
    </w:p>
    <w:p w14:paraId="3FD79EED" w14:textId="7A8403C1" w:rsidR="00892868" w:rsidRPr="00577259" w:rsidRDefault="00000000">
      <w:r w:rsidRPr="00577259">
        <w:t>You're never alone in this. If you have questions, concerns, or need help, contact Alex Stone directly via email or message. We're so grateful to have you on the team.</w:t>
      </w:r>
    </w:p>
    <w:sectPr w:rsidR="00892868" w:rsidRPr="00577259" w:rsidSect="0057725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AA94DE4"/>
    <w:multiLevelType w:val="hybridMultilevel"/>
    <w:tmpl w:val="BAE2F7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A26343"/>
    <w:multiLevelType w:val="hybridMultilevel"/>
    <w:tmpl w:val="6BE46D62"/>
    <w:lvl w:ilvl="0" w:tplc="4F26D4F6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937465"/>
    <w:multiLevelType w:val="hybridMultilevel"/>
    <w:tmpl w:val="540244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2A2545"/>
    <w:multiLevelType w:val="hybridMultilevel"/>
    <w:tmpl w:val="E84C44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693700"/>
    <w:multiLevelType w:val="hybridMultilevel"/>
    <w:tmpl w:val="272C1F3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407652441">
    <w:abstractNumId w:val="8"/>
  </w:num>
  <w:num w:numId="2" w16cid:durableId="1173178370">
    <w:abstractNumId w:val="6"/>
  </w:num>
  <w:num w:numId="3" w16cid:durableId="1600218251">
    <w:abstractNumId w:val="5"/>
  </w:num>
  <w:num w:numId="4" w16cid:durableId="2086562260">
    <w:abstractNumId w:val="4"/>
  </w:num>
  <w:num w:numId="5" w16cid:durableId="1839298583">
    <w:abstractNumId w:val="7"/>
  </w:num>
  <w:num w:numId="6" w16cid:durableId="854685325">
    <w:abstractNumId w:val="3"/>
  </w:num>
  <w:num w:numId="7" w16cid:durableId="1457330615">
    <w:abstractNumId w:val="2"/>
  </w:num>
  <w:num w:numId="8" w16cid:durableId="485557584">
    <w:abstractNumId w:val="1"/>
  </w:num>
  <w:num w:numId="9" w16cid:durableId="1050808181">
    <w:abstractNumId w:val="0"/>
  </w:num>
  <w:num w:numId="10" w16cid:durableId="758674867">
    <w:abstractNumId w:val="11"/>
  </w:num>
  <w:num w:numId="11" w16cid:durableId="1894005557">
    <w:abstractNumId w:val="9"/>
  </w:num>
  <w:num w:numId="12" w16cid:durableId="230239432">
    <w:abstractNumId w:val="10"/>
  </w:num>
  <w:num w:numId="13" w16cid:durableId="555970670">
    <w:abstractNumId w:val="13"/>
  </w:num>
  <w:num w:numId="14" w16cid:durableId="13888687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66AF4"/>
    <w:rsid w:val="00577259"/>
    <w:rsid w:val="007B2744"/>
    <w:rsid w:val="00866410"/>
    <w:rsid w:val="00880215"/>
    <w:rsid w:val="00892868"/>
    <w:rsid w:val="00AA1D8D"/>
    <w:rsid w:val="00B47730"/>
    <w:rsid w:val="00BA16E3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35961F2"/>
  <w14:defaultImageDpi w14:val="300"/>
  <w15:docId w15:val="{E8C94527-A878-4CEE-83A2-C2DB84FDE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284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1902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/>
  <cp:lastModifiedBy>Alex Stone</cp:lastModifiedBy>
  <cp:revision>1</cp:revision>
  <cp:lastPrinted>2025-07-23T06:35:00Z</cp:lastPrinted>
  <dcterms:created xsi:type="dcterms:W3CDTF">2013-12-23T23:15:00Z</dcterms:created>
  <dcterms:modified xsi:type="dcterms:W3CDTF">2025-07-24T06:21:00Z</dcterms:modified>
  <cp:category/>
</cp:coreProperties>
</file>