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B0C92" w14:textId="17606CA2" w:rsidR="00831439" w:rsidRDefault="00000000">
      <w:pPr>
        <w:pStyle w:val="Heading1"/>
      </w:pPr>
      <w:r>
        <w:t>📄 Author</w:t>
      </w:r>
      <w:r w:rsidR="0001559D">
        <w:t xml:space="preserve"> / Guest</w:t>
      </w:r>
      <w:r>
        <w:t xml:space="preserve"> Disclaimer &amp; Liability Waiver</w:t>
      </w:r>
    </w:p>
    <w:p w14:paraId="02C58C33" w14:textId="77777777" w:rsidR="008E0C7B" w:rsidRPr="008E0C7B" w:rsidRDefault="008E0C7B" w:rsidP="008E0C7B"/>
    <w:p w14:paraId="528E05A5" w14:textId="1DA5B549" w:rsidR="00831439" w:rsidRDefault="00000000">
      <w:r w:rsidRPr="008E0C7B">
        <w:rPr>
          <w:b/>
          <w:bCs/>
        </w:rPr>
        <w:t>Event Name:</w:t>
      </w:r>
      <w:r>
        <w:t xml:space="preserve"> </w:t>
      </w:r>
      <w:r w:rsidR="008E0C7B">
        <w:t xml:space="preserve">Author Events: </w:t>
      </w:r>
      <w:r w:rsidR="008E0C7B" w:rsidRPr="008E0C7B">
        <w:t xml:space="preserve">Author Talk </w:t>
      </w:r>
      <w:r w:rsidR="008E0C7B">
        <w:t>(previously Books &amp; Bubbles)</w:t>
      </w:r>
    </w:p>
    <w:p w14:paraId="2D7B6528" w14:textId="0A629DA3" w:rsidR="00831439" w:rsidRDefault="00000000">
      <w:r w:rsidRPr="008E0C7B">
        <w:rPr>
          <w:b/>
          <w:bCs/>
        </w:rPr>
        <w:t>Event Date:</w:t>
      </w:r>
      <w:r>
        <w:t xml:space="preserve"> </w:t>
      </w:r>
      <w:r w:rsidR="008E0C7B">
        <w:t>____________________________</w:t>
      </w:r>
    </w:p>
    <w:p w14:paraId="65B6675B" w14:textId="04EF601D" w:rsidR="00831439" w:rsidRDefault="00000000">
      <w:r w:rsidRPr="008E0C7B">
        <w:rPr>
          <w:b/>
          <w:bCs/>
        </w:rPr>
        <w:t xml:space="preserve">Author </w:t>
      </w:r>
      <w:r w:rsidR="008D334E" w:rsidRPr="008E0C7B">
        <w:rPr>
          <w:b/>
          <w:bCs/>
        </w:rPr>
        <w:t xml:space="preserve">/ </w:t>
      </w:r>
      <w:r w:rsidR="0001559D" w:rsidRPr="008E0C7B">
        <w:rPr>
          <w:b/>
          <w:bCs/>
        </w:rPr>
        <w:t xml:space="preserve">Guest </w:t>
      </w:r>
      <w:r w:rsidRPr="008E0C7B">
        <w:rPr>
          <w:b/>
          <w:bCs/>
        </w:rPr>
        <w:t>Name:</w:t>
      </w:r>
      <w:r>
        <w:t xml:space="preserve"> ___________________________________</w:t>
      </w:r>
    </w:p>
    <w:p w14:paraId="21A804AC" w14:textId="77777777" w:rsidR="00831439" w:rsidRDefault="00000000">
      <w:r>
        <w:t>As a participating author at the above event, I understand and agree to the following:</w:t>
      </w:r>
      <w:r>
        <w:br/>
      </w:r>
    </w:p>
    <w:p w14:paraId="45C80291" w14:textId="77777777" w:rsidR="00831439" w:rsidRDefault="00000000">
      <w:pPr>
        <w:pStyle w:val="ListBullet"/>
      </w:pPr>
      <w:r>
        <w:t>I will be selling my own books and/or related materials directly to attendees.</w:t>
      </w:r>
    </w:p>
    <w:p w14:paraId="2517447A" w14:textId="77777777" w:rsidR="00831439" w:rsidRDefault="00000000">
      <w:pPr>
        <w:pStyle w:val="ListBullet"/>
      </w:pPr>
      <w:r>
        <w:t>I am doing so as an independent seller and not as an employee, volunteer, or agent of Author Events.</w:t>
      </w:r>
    </w:p>
    <w:p w14:paraId="08AAC0F5" w14:textId="77777777" w:rsidR="00831439" w:rsidRDefault="00000000">
      <w:pPr>
        <w:pStyle w:val="ListBullet"/>
      </w:pPr>
      <w:r>
        <w:t>I accept full responsibility for any claims, damages, losses, or injuries arising from the sale or display of my items.</w:t>
      </w:r>
    </w:p>
    <w:p w14:paraId="19B9392B" w14:textId="77777777" w:rsidR="00831439" w:rsidRDefault="00000000">
      <w:pPr>
        <w:pStyle w:val="ListBullet"/>
      </w:pPr>
      <w:r>
        <w:t>I confirm that:</w:t>
      </w:r>
      <w:r>
        <w:br/>
      </w:r>
      <w:r>
        <w:br/>
        <w:t>☐ I hold valid Public Liability Insurance of at least £1,000,000, OR</w:t>
      </w:r>
      <w:r>
        <w:br/>
      </w:r>
      <w:r>
        <w:br/>
        <w:t>☐ I do not currently hold insurance and acknowledge that I participate at my own risk.</w:t>
      </w:r>
    </w:p>
    <w:p w14:paraId="71D2E901" w14:textId="77777777" w:rsidR="00831439" w:rsidRDefault="00000000">
      <w:pPr>
        <w:pStyle w:val="ListBullet"/>
      </w:pPr>
      <w:r>
        <w:t>I agree to comply with any safety instructions issued by the event organisers or venue.</w:t>
      </w:r>
    </w:p>
    <w:p w14:paraId="4341C905" w14:textId="77777777" w:rsidR="00831439" w:rsidRDefault="00000000">
      <w:pPr>
        <w:pStyle w:val="ListBullet"/>
      </w:pPr>
      <w:r>
        <w:t>By signing below, I confirm I have read, understood, and accepted the terms of this waiver.</w:t>
      </w:r>
    </w:p>
    <w:p w14:paraId="2026406E" w14:textId="4D8F9EED" w:rsidR="00831439" w:rsidRDefault="00000000">
      <w:r>
        <w:br/>
      </w:r>
      <w:r>
        <w:rPr>
          <w:rFonts w:ascii="Segoe UI Symbol" w:hAnsi="Segoe UI Symbol" w:cs="Segoe UI Symbol"/>
          <w:b/>
        </w:rPr>
        <w:t>⚠</w:t>
      </w:r>
      <w:r>
        <w:rPr>
          <w:b/>
        </w:rPr>
        <w:t xml:space="preserve"> IMPORTANT: Please note that while you are participating in this event, the organiser's insurance policy (Author Events) does NOT provide any cover for your activities, including the sale or display of your books or any other materials. You are solely responsible for arranging and maintaining your own insurance protection.</w:t>
      </w:r>
    </w:p>
    <w:p w14:paraId="76828CBB" w14:textId="77777777" w:rsidR="00831439" w:rsidRDefault="00000000">
      <w:r>
        <w:br/>
        <w:t>Signature: ________________________</w:t>
      </w:r>
    </w:p>
    <w:p w14:paraId="095DDACC" w14:textId="77777777" w:rsidR="00831439" w:rsidRDefault="00000000">
      <w:r>
        <w:t>Date: ________________________</w:t>
      </w:r>
    </w:p>
    <w:sectPr w:rsidR="0083143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A6322" w14:textId="77777777" w:rsidR="00954D0E" w:rsidRDefault="00954D0E">
      <w:pPr>
        <w:spacing w:after="0" w:line="240" w:lineRule="auto"/>
      </w:pPr>
      <w:r>
        <w:separator/>
      </w:r>
    </w:p>
  </w:endnote>
  <w:endnote w:type="continuationSeparator" w:id="0">
    <w:p w14:paraId="26C10DE3" w14:textId="77777777" w:rsidR="00954D0E" w:rsidRDefault="00954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56AE9" w14:textId="77777777" w:rsidR="00954D0E" w:rsidRDefault="00954D0E">
      <w:pPr>
        <w:spacing w:after="0" w:line="240" w:lineRule="auto"/>
      </w:pPr>
      <w:r>
        <w:separator/>
      </w:r>
    </w:p>
  </w:footnote>
  <w:footnote w:type="continuationSeparator" w:id="0">
    <w:p w14:paraId="14C20EB7" w14:textId="77777777" w:rsidR="00954D0E" w:rsidRDefault="00954D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26B82" w14:textId="77777777" w:rsidR="00831439" w:rsidRDefault="00000000">
    <w:pPr>
      <w:pStyle w:val="Header"/>
      <w:jc w:val="center"/>
    </w:pPr>
    <w:r>
      <w:rPr>
        <w:noProof/>
      </w:rPr>
      <w:drawing>
        <wp:inline distT="0" distB="0" distL="0" distR="0" wp14:anchorId="5FDA7726" wp14:editId="5B19D939">
          <wp:extent cx="5943600" cy="10877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site header.png"/>
                  <pic:cNvPicPr/>
                </pic:nvPicPr>
                <pic:blipFill>
                  <a:blip r:embed="rId1"/>
                  <a:stretch>
                    <a:fillRect/>
                  </a:stretch>
                </pic:blipFill>
                <pic:spPr>
                  <a:xfrm>
                    <a:off x="0" y="0"/>
                    <a:ext cx="5943600" cy="10877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89747582">
    <w:abstractNumId w:val="8"/>
  </w:num>
  <w:num w:numId="2" w16cid:durableId="1666854712">
    <w:abstractNumId w:val="6"/>
  </w:num>
  <w:num w:numId="3" w16cid:durableId="1659503995">
    <w:abstractNumId w:val="5"/>
  </w:num>
  <w:num w:numId="4" w16cid:durableId="321662387">
    <w:abstractNumId w:val="4"/>
  </w:num>
  <w:num w:numId="5" w16cid:durableId="754857561">
    <w:abstractNumId w:val="7"/>
  </w:num>
  <w:num w:numId="6" w16cid:durableId="2004044885">
    <w:abstractNumId w:val="3"/>
  </w:num>
  <w:num w:numId="7" w16cid:durableId="1222448741">
    <w:abstractNumId w:val="2"/>
  </w:num>
  <w:num w:numId="8" w16cid:durableId="1433891541">
    <w:abstractNumId w:val="1"/>
  </w:num>
  <w:num w:numId="9" w16cid:durableId="7159321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559D"/>
    <w:rsid w:val="00034616"/>
    <w:rsid w:val="0006063C"/>
    <w:rsid w:val="0015074B"/>
    <w:rsid w:val="0029639D"/>
    <w:rsid w:val="00326F90"/>
    <w:rsid w:val="00721F75"/>
    <w:rsid w:val="00831439"/>
    <w:rsid w:val="008D334E"/>
    <w:rsid w:val="008E0C7B"/>
    <w:rsid w:val="00954D0E"/>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14780B51-3E4B-427E-B51C-039B177AB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201</Words>
  <Characters>1151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Alex Stone</cp:lastModifiedBy>
  <cp:revision>4</cp:revision>
  <dcterms:created xsi:type="dcterms:W3CDTF">2013-12-23T23:15:00Z</dcterms:created>
  <dcterms:modified xsi:type="dcterms:W3CDTF">2025-08-22T09:22:00Z</dcterms:modified>
  <cp:category/>
</cp:coreProperties>
</file>